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להתמודדות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התפקידים בסימולציית ראיון: מועמד, מראיין וצופה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נותנים ומקבלים משוב ואיך כותבים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מתרגלים נשימה ועש"ן ד"ק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מתנסה בשלושת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מהמחוון ומטרה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או הכלי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על שאלות הראיון)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(שואל/ת שאלות לפי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(נותן/ת משוב לפי דף תצפית)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תפקידים בשלישיות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 מחוון ובחירת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הודעת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 רבה על הזמן והשאלות, נהניתי מהשיחה ולמדתי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זוכר משפט אישי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הבנה של 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ברורה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שלישייה מחליפה תפקידים בכל סבב כדי שכולם יתנסו בשלושת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ברור לכל שלב (נשימה, סבבים, מחוון, הודעת תודה) כדי לשמור על 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משוב עדין ובונה בזמן תפקיד הצופה, בדגש על חיזוקים לפני הערות לשיפור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מתרגלים ראיון שלם בשלישיות, כל תלמיד מתנסה בשלושה תפקידים שונים ולומד להתמודד עם לחץ ולתת משוב בונה.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נשימה  ·  מחוון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תפקידים מתרגל כל תלמיד בסימולציה?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תפקיד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בתחילת השיעור לפני משחק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ממלאים 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מתרגלים נשימה ועש"ן ד"ק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הודעת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סבב במשחק התפקידים מחליפים תפקידים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השיעור כל תלמיד בוחר מטרה אחת לראיון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השיעור מתרגלים __________ ועוברים על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משחק התפקידים כל תלמיד ממלא __________ להערכה עצמית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התפקיד או הכלי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מועמד/ת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שואל/ת שאלות לפי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נותן/ת משוב לפי דף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עונה על שאלות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תפקידים בשלישיות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מילוי מחוון ובחירת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הודעת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ועש"ן ד"ק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הודעת תודה קצרה למראיין/ת מהסבב האחרון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משפט הדיבור העצמי המחזק שבחרתי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תפקיד מתוך השלושה הרגשתי הכי בנוח,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3 - סימולציית ראיון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