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🎤 הכנה לראיון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שיעור 3 - סימולציית ראיון ומשוב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כלים להתמודדות עם לחץ לפני ראיון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שלושת התפקידים בסימולציית ראיון: מועמד, מראיין וצופה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כיצד נותנים ומקבלים משוב ואיך כותבים הודעת תודה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השיעור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שלושה תפקידים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8 דקות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מתרגלים נשימה ועש"ן ד"ק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לתת משוב לפי דף תצפית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הודעת תודה קצרה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כל תלמיד מתנסה בשלושת התפקידים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כל סבב כולל 5 דקות ראיון ו-3 דקות משוב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 חלק מהמחוון ומטרה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הצופה בכיתה ט' מתמקד בקשר עין ובדוגמה אחת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נשימה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צופה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מחוון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קבוצתי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התפקיד או הכלי לתפקידו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(עונה על שאלות הראיון)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(שואל/ת שאלות לפי כרטיס)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(נותן/ת משוב לפי דף תצפית)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(כלי להתמודדות עם לחץ)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(כלי להערכה עצמית)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מהלך השיעור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נשימה ועש"ן ד"ק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משחק תפקידים בשלישיות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מילוי מחוון ובחירת מטרה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כתיבת הודעת תודה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כרטיס יציאה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תודה רבה על הזמן והשאלות, נהניתי מהשיחה ולמדתי ממנה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בודקים שהתלמיד זוכר משפט אישי מחזק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מזהים הבנה של שלושת התפקידים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מטרה ברורה וריאלית לשיפור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לוודא שכל שלישייה מחליפה תפקידים בכל סבב כדי שכולם יתנסו בשלושת התפקידים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להקצות זמן ברור לכל שלב (נשימה, סבבים, מחוון, הודעת תודה) כדי לשמור על הקצב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משוב עדין ובונה בזמן תפקיד הצופה, בדגש על חיזוקים לפני הערות לשיפור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🎤 הכנה לראיון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שיעור 3 - סימולציית ראיון ומשוב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היום לומדים איך להתכונן לראיון עם נשימה רגועה, ואז מתרגלים ראיון עם חברים בכיתה בשלושה תפקידים שונים.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עש"ן ד"ק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ראשי תיבות של כלי להתמודדות עם לחץ לפני ראיון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נשימה מרגיעה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תרגול נשימה שעוזר להירגע לפני מצב מלחיץ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דיבור עצמי מחזק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משפט שאומרים לעצמנו כדי לחזק את הביטחון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משחק תפקידים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תרגול ראיון עם חברים, כל אחד בתפקיד אחר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מחוון הערכה עצמית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דף שבו מעריכים את עצמנו אחרי הראיון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דף תצפית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דף שבו הצופה כותב משוב על הראיון ששמע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הודעת תודה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הודעה קצרה ומנומסת שכותבים למראיין אחרי הראיון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קשר עין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הסתכלות ישירה על המראיין בזמן הראיון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השיעור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תפקידים שונים יש בתרגול?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תפקיד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שני תפקידים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שלושה תפקידים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ארבעה תפקידים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זמן לוקח סבב אחד?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3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5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8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10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קורה בהתחלה?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ממלאים מחוון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מתרגלים נשימה ועש"ן ד"ק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כותבים הודעת תודה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עורכים ראיון קבוצתי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עושה הצופה בזמן הראיון?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לשאול שאלות קשות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לתת משוב לפי דף תצפית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למלא מחוון הערכה עצמית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לכתוב הודעת תודה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כותבים בסוף?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שאלות נוספות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הודעת תודה קצרה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דוח מפורט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מכתב המלצה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בכל סבב במשחק התפקידים מחליפים תפקידים בין התלמידים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סבב כולל רק ראיון ללא זמן למשוב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בסוף השיעור כל תלמיד בוחר מטרה אחת לראיון הבא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בכיתה ט' הצופה מתמקד בניתוח מלא לפי שיטת STAR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בתחילת השיעור מתרגלים __________ ועוברים על עש"ן ד"ק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במשחק התפקידים כל תלמיד מתנסה בתפקיד מועמד, מראיין ו__________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בסוף משחק התפקידים כל תלמיד ממלא __________ להערכה עצמית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בחט"ע אפשר לקיים סבב רביעי של ראיון __________ עם דילמה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התפקיד או הכלי לתפקידו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מועמד/ת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נותן/ת משוב לפי דף תצפית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מראיין/ת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כלי להתמודדות עם לחץ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צופה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כלי להערכה עצמית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עש"ן ד"ק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שואל/ת שאלות לפי כרטיס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מחוון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עונה על שאלות הראיון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מהלך השיעור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משחק תפקידים בשלישיות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כתיבת הודעת תודה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כרטיס יציאה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מילוי מחוון ובחירת מטרה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נשימה ועש"ן ד"ק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הודעת תודה קצרה למראיין/ת מהסבב האחרון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משפט הדיבור העצמי המחזק שבחרתי היום?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באיזה תפקיד מתוך השלושה הרגשתי הכי בנוח, ולמה?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המטרה האחת שבחרתי לראיון הבא?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שיעור 3 - סימולציית ראיון ומשוב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