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3 - סימולציית ראיון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להתמודדות עם לחץ לפני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התפקידים בסימולציית ראיון: מועמד, מראיין וצופה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נותנים ומקבלים משוב ואיך כותבים הודעת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מתרגלים נשימה ועש"ן ד"ק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לתת משוב לפי דף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הודעת תודה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כל תלמיד מתנסה בשלושת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סבב כולל 5 דקות ראיון ו-3 דקות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מהמחוון ומטרה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הצופה בכיתה ט' מתמקד בקשר עין ובדוגמה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קבוצתי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התפקיד או הכלי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(עונה על שאלות הראיון)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(שואל/ת שאלות לפי 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(נותן/ת משוב לפי דף תצפית)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(כלי להתמודדות עם לחץ)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(כלי להערכה עצמית)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נשימה ועש"ן ד"ק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תפקידים בשלישיות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מילוי מחוון ובחירת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הודעת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תודה רבה על הזמן והשאלות, נהניתי מהשיחה ולמדתי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 זוכר משפט אישי מחזק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מזהים הבנה של שלושת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 ברורה וריאלית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שלישייה מחליפה תפקידים בכל סבב כדי שכולם יתנסו בשלושת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להקצות זמן ברור לכל שלב (נשימה, סבבים, מחוון, הודעת תודה) כדי לשמור על הקצב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משוב עדין ובונה בזמן תפקיד הצופה, בדגש על חיזוקים לפני הערות לשיפור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3 - סימולציית ראיון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מתרגלים ראיון שלם בשלישיות, כל תלמיד מתנסה בשלושה תפקידים שונים ולומד להתמודד עם לחץ ולתת משוב בונה.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תפקידים מתרגל כל תלמיד בסימולציה?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תפקיד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אורך כל סבב במשחק התפקידים?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בתחילת השיעור לפני משחק התפקידים?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ממלאים 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מתרגלים נשימה ועש"ן ד"ק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הודעת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עורכים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הצופה בסבב?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שאלות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משוב לפי דף תצפית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מחוון הערכה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הודעת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בסוף השיעור למראיין/ת מהסבב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 נוספות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הודעת תודה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דוח 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המלצה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סבב במשחק התפקידים מחליפים תפקידים בין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סבב כולל רק ראיון ללא זמן למשוב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השיעור כל תלמיד בוחר מטרה אחת לראיון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ט' הצופה מתמקד בניתוח מלא לפי שיטת STAR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השיעור מתרגלים __________ ועוברים על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התפקידים כל תלמיד מתנסה בתפקיד מועמד, מראיין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משחק התפקידים כל תלמיד ממלא __________ להערכה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בחט"ע אפשר לקיים סבב רביעי של ראיון __________ עם דילמה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התפקיד או הכלי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מועמד/ת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נותן/ת משוב לפי דף תצפית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מראיין/ת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להתמודדות עם 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שואל/ת שאלות לפי 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עש"ן ד"ק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להערכה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עונה על שאלות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מחוון ובחירת 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ועש"ן ד"ק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תפקידים בשלישיות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הודעת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הודעת תודה קצרה למראיין/ת מהסבב האחרון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משפט הדיבור העצמי המחזק שבחרתי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תפקיד מתוך השלושה הרגשתי הכי בנוח,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האחת שבחרתי לראיון הבא?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שיעור 3 - סימולציית ראיון ומשוב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